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139C4B" w14:textId="03CADE07" w:rsidR="00260769" w:rsidRDefault="00087B6D">
      <w:pPr>
        <w:pStyle w:val="Title"/>
        <w:spacing w:after="20"/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9DFAB9A" wp14:editId="4515032F">
            <wp:simplePos x="0" y="0"/>
            <wp:positionH relativeFrom="column">
              <wp:posOffset>6071</wp:posOffset>
            </wp:positionH>
            <wp:positionV relativeFrom="paragraph">
              <wp:posOffset>-83033</wp:posOffset>
            </wp:positionV>
            <wp:extent cx="854950" cy="716889"/>
            <wp:effectExtent l="0" t="0" r="2540" b="7620"/>
            <wp:wrapNone/>
            <wp:docPr id="19406731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0673121" name="Picture 1940673121"/>
                    <pic:cNvPicPr/>
                  </pic:nvPicPr>
                  <pic:blipFill rotWithShape="1"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</a:extLst>
                    </a:blip>
                    <a:srcRect l="16006" t="22399" r="16954" b="214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4950" cy="7168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ptos" w:hAnsi="Aptos"/>
          <w:b/>
          <w:color w:val="172B4D"/>
          <w:sz w:val="32"/>
        </w:rPr>
        <w:t>Coomera Netball Club</w:t>
      </w:r>
    </w:p>
    <w:p w14:paraId="505F9D52" w14:textId="50C72B09" w:rsidR="00260769" w:rsidRPr="003717C5" w:rsidRDefault="00000000">
      <w:pPr>
        <w:spacing w:after="100"/>
        <w:jc w:val="center"/>
        <w:rPr>
          <w:b/>
          <w:color w:val="E83E8C"/>
          <w:sz w:val="22"/>
          <w:szCs w:val="24"/>
        </w:rPr>
      </w:pPr>
      <w:r w:rsidRPr="003717C5">
        <w:rPr>
          <w:b/>
          <w:color w:val="E83E8C"/>
          <w:sz w:val="22"/>
          <w:szCs w:val="24"/>
        </w:rPr>
        <w:t>COMMITTEE NOMINATION FORM</w:t>
      </w:r>
    </w:p>
    <w:p w14:paraId="2432A8ED" w14:textId="3299A4B0" w:rsidR="00D12CA6" w:rsidRDefault="00D12CA6" w:rsidP="00087B6D">
      <w:pPr>
        <w:spacing w:after="100"/>
      </w:pPr>
    </w:p>
    <w:tbl>
      <w:tblPr>
        <w:tblW w:w="10482" w:type="dxa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5237"/>
        <w:gridCol w:w="5245"/>
      </w:tblGrid>
      <w:tr w:rsidR="00260769" w14:paraId="0D5954EA" w14:textId="77777777" w:rsidTr="00CA117D">
        <w:trPr>
          <w:trHeight w:val="151"/>
        </w:trPr>
        <w:tc>
          <w:tcPr>
            <w:tcW w:w="523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2335D7" w14:textId="31C2240F" w:rsidR="00260769" w:rsidRDefault="00000000">
            <w:pPr>
              <w:spacing w:after="0"/>
            </w:pPr>
            <w:r>
              <w:rPr>
                <w:b/>
                <w:color w:val="172B4D"/>
                <w:sz w:val="18"/>
              </w:rPr>
              <w:t>AGM date</w:t>
            </w:r>
            <w:r w:rsidR="0032686F">
              <w:rPr>
                <w:b/>
                <w:color w:val="172B4D"/>
                <w:sz w:val="18"/>
              </w:rPr>
              <w:t xml:space="preserve">: </w:t>
            </w:r>
            <w:r w:rsidR="0032686F">
              <w:rPr>
                <w:color w:val="000000"/>
                <w:sz w:val="18"/>
              </w:rPr>
              <w:t>23rd</w:t>
            </w:r>
            <w:r w:rsidR="00D770B7">
              <w:rPr>
                <w:color w:val="000000"/>
                <w:sz w:val="18"/>
              </w:rPr>
              <w:t xml:space="preserve"> </w:t>
            </w:r>
            <w:r w:rsidR="00D770B7" w:rsidRPr="00673037">
              <w:rPr>
                <w:color w:val="000000"/>
                <w:sz w:val="18"/>
              </w:rPr>
              <w:t>November</w:t>
            </w:r>
            <w:r w:rsidR="00673037" w:rsidRPr="00673037">
              <w:rPr>
                <w:color w:val="000000"/>
                <w:sz w:val="18"/>
              </w:rPr>
              <w:t xml:space="preserve"> 2026</w:t>
            </w:r>
            <w:r w:rsidR="001F2109">
              <w:rPr>
                <w:color w:val="000000"/>
                <w:sz w:val="18"/>
              </w:rPr>
              <w:t xml:space="preserve"> </w:t>
            </w:r>
          </w:p>
        </w:tc>
        <w:tc>
          <w:tcPr>
            <w:tcW w:w="524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D57E42" w14:textId="410C8442" w:rsidR="00260769" w:rsidRDefault="00000000">
            <w:pPr>
              <w:spacing w:after="0"/>
            </w:pPr>
            <w:r>
              <w:rPr>
                <w:b/>
                <w:color w:val="172B4D"/>
                <w:sz w:val="18"/>
              </w:rPr>
              <w:t>Closing date</w:t>
            </w:r>
            <w:r w:rsidR="00D770B7">
              <w:rPr>
                <w:b/>
                <w:color w:val="172B4D"/>
                <w:sz w:val="18"/>
              </w:rPr>
              <w:t xml:space="preserve">: </w:t>
            </w:r>
            <w:r w:rsidR="00D770B7" w:rsidRPr="00D770B7">
              <w:rPr>
                <w:bCs/>
                <w:color w:val="172B4D"/>
                <w:sz w:val="18"/>
              </w:rPr>
              <w:t>9th</w:t>
            </w:r>
            <w:r w:rsidR="00D770B7">
              <w:rPr>
                <w:color w:val="000000"/>
                <w:sz w:val="18"/>
              </w:rPr>
              <w:t xml:space="preserve"> November 2026</w:t>
            </w:r>
          </w:p>
        </w:tc>
      </w:tr>
      <w:tr w:rsidR="00260769" w14:paraId="688EF7C0" w14:textId="77777777" w:rsidTr="00455AB5">
        <w:tc>
          <w:tcPr>
            <w:tcW w:w="523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1B4B8E" w14:textId="17467D73" w:rsidR="00260769" w:rsidRDefault="00000000">
            <w:pPr>
              <w:spacing w:after="0"/>
            </w:pPr>
            <w:r>
              <w:rPr>
                <w:b/>
                <w:color w:val="172B4D"/>
                <w:sz w:val="18"/>
              </w:rPr>
              <w:t xml:space="preserve">Completed form </w:t>
            </w:r>
            <w:r w:rsidR="00CA117D">
              <w:rPr>
                <w:b/>
                <w:color w:val="172B4D"/>
                <w:sz w:val="18"/>
              </w:rPr>
              <w:t>to Club</w:t>
            </w:r>
            <w:r w:rsidRPr="003717C5">
              <w:rPr>
                <w:b/>
                <w:color w:val="172B4D"/>
                <w:sz w:val="18"/>
              </w:rPr>
              <w:t xml:space="preserve"> Secretary</w:t>
            </w:r>
            <w:r w:rsidR="003717C5">
              <w:rPr>
                <w:color w:val="000000"/>
                <w:sz w:val="18"/>
              </w:rPr>
              <w:t xml:space="preserve">: </w:t>
            </w:r>
            <w:r w:rsidR="00CA117D" w:rsidRPr="00CA117D">
              <w:rPr>
                <w:color w:val="000000"/>
                <w:sz w:val="18"/>
                <w:u w:val="single"/>
              </w:rPr>
              <w:t>coomeranetball@gmail.com</w:t>
            </w:r>
          </w:p>
        </w:tc>
        <w:tc>
          <w:tcPr>
            <w:tcW w:w="524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2E696B" w14:textId="0D2E2C12" w:rsidR="00260769" w:rsidRDefault="00000000">
            <w:pPr>
              <w:spacing w:after="0"/>
            </w:pPr>
            <w:r>
              <w:rPr>
                <w:b/>
                <w:color w:val="172B4D"/>
                <w:sz w:val="18"/>
              </w:rPr>
              <w:t>Date submitted</w:t>
            </w:r>
            <w:r w:rsidR="003717C5">
              <w:rPr>
                <w:b/>
                <w:color w:val="172B4D"/>
                <w:sz w:val="18"/>
              </w:rPr>
              <w:t>:</w:t>
            </w:r>
            <w:r>
              <w:rPr>
                <w:b/>
                <w:color w:val="172B4D"/>
                <w:sz w:val="18"/>
              </w:rPr>
              <w:t xml:space="preserve">  </w:t>
            </w:r>
            <w:r>
              <w:rPr>
                <w:color w:val="000000"/>
                <w:sz w:val="18"/>
              </w:rPr>
              <w:t>________________________________</w:t>
            </w:r>
          </w:p>
        </w:tc>
      </w:tr>
    </w:tbl>
    <w:p w14:paraId="4FC35E56" w14:textId="77777777" w:rsidR="00260769" w:rsidRDefault="00000000">
      <w:pPr>
        <w:spacing w:before="60" w:after="20" w:line="252" w:lineRule="auto"/>
      </w:pPr>
      <w:r>
        <w:rPr>
          <w:color w:val="000000"/>
          <w:sz w:val="17"/>
        </w:rPr>
        <w:t>This form must be received by the Secretary by the advertised closing date.</w:t>
      </w:r>
    </w:p>
    <w:p w14:paraId="1506DE10" w14:textId="77777777" w:rsidR="00260769" w:rsidRDefault="00000000">
      <w:pPr>
        <w:keepNext/>
        <w:spacing w:before="80" w:after="40"/>
      </w:pPr>
      <w:r>
        <w:rPr>
          <w:b/>
          <w:color w:val="172B4D"/>
          <w:sz w:val="19"/>
        </w:rPr>
        <w:t>POSITION NOMINATED</w:t>
      </w:r>
    </w:p>
    <w:tbl>
      <w:tblPr>
        <w:tblW w:w="10482" w:type="dxa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0482"/>
      </w:tblGrid>
      <w:tr w:rsidR="00B305EE" w14:paraId="3958C81F" w14:textId="77777777" w:rsidTr="00455AB5">
        <w:tc>
          <w:tcPr>
            <w:tcW w:w="1048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381D6F7" w14:textId="259F67AC" w:rsidR="00B305EE" w:rsidRDefault="00B305EE"/>
        </w:tc>
      </w:tr>
    </w:tbl>
    <w:p w14:paraId="65702A13" w14:textId="77777777" w:rsidR="00260769" w:rsidRDefault="00000000">
      <w:pPr>
        <w:spacing w:after="20"/>
      </w:pPr>
      <w:r>
        <w:rPr>
          <w:color w:val="666666"/>
          <w:sz w:val="16"/>
        </w:rPr>
        <w:t>A nominee may nominate for only one Office Bearer position.</w:t>
      </w:r>
    </w:p>
    <w:tbl>
      <w:tblPr>
        <w:tblStyle w:val="TableGrid"/>
        <w:tblpPr w:leftFromText="180" w:rightFromText="180" w:vertAnchor="text" w:horzAnchor="margin" w:tblpY="544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0472"/>
      </w:tblGrid>
      <w:tr w:rsidR="002642CA" w14:paraId="1EE2EA99" w14:textId="77777777" w:rsidTr="002642CA">
        <w:trPr>
          <w:trHeight w:val="1701"/>
        </w:trPr>
        <w:tc>
          <w:tcPr>
            <w:tcW w:w="10472" w:type="dxa"/>
          </w:tcPr>
          <w:p w14:paraId="4D00484F" w14:textId="77777777" w:rsidR="002642CA" w:rsidRDefault="002642CA" w:rsidP="002642CA">
            <w:pPr>
              <w:spacing w:after="20"/>
              <w:rPr>
                <w:color w:val="666666"/>
                <w:sz w:val="16"/>
              </w:rPr>
            </w:pPr>
          </w:p>
        </w:tc>
      </w:tr>
    </w:tbl>
    <w:p w14:paraId="4A137AB8" w14:textId="63FC689A" w:rsidR="00CA11C8" w:rsidRDefault="00455AB5" w:rsidP="00455AB5">
      <w:pPr>
        <w:spacing w:after="20"/>
        <w:rPr>
          <w:color w:val="666666"/>
          <w:sz w:val="16"/>
        </w:rPr>
      </w:pPr>
      <w:r>
        <w:rPr>
          <w:b/>
          <w:color w:val="172B4D"/>
          <w:sz w:val="19"/>
        </w:rPr>
        <w:br/>
      </w:r>
      <w:r w:rsidR="00CA11C8">
        <w:rPr>
          <w:b/>
          <w:color w:val="172B4D"/>
          <w:sz w:val="19"/>
        </w:rPr>
        <w:t>CANDIDATE STATEMENT</w:t>
      </w:r>
    </w:p>
    <w:p w14:paraId="07AEED1C" w14:textId="390DDDA2" w:rsidR="005C0A91" w:rsidRPr="00455AB5" w:rsidRDefault="002642CA" w:rsidP="00455AB5">
      <w:pPr>
        <w:spacing w:after="20"/>
      </w:pPr>
      <w:r>
        <w:rPr>
          <w:color w:val="666666"/>
          <w:sz w:val="16"/>
        </w:rPr>
        <w:t>Brief statement why you would like to take on this role.</w:t>
      </w:r>
    </w:p>
    <w:p w14:paraId="1B0B120A" w14:textId="4FE0A072" w:rsidR="00260769" w:rsidRDefault="00000000">
      <w:pPr>
        <w:keepNext/>
        <w:spacing w:before="80" w:after="40"/>
      </w:pPr>
      <w:r>
        <w:rPr>
          <w:b/>
          <w:color w:val="172B4D"/>
          <w:sz w:val="19"/>
        </w:rPr>
        <w:t>NOMINEE DETAILS AND CONSENT</w:t>
      </w:r>
    </w:p>
    <w:tbl>
      <w:tblPr>
        <w:tblW w:w="0" w:type="auto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5241"/>
        <w:gridCol w:w="5241"/>
      </w:tblGrid>
      <w:tr w:rsidR="00260769" w14:paraId="16C0F298" w14:textId="77777777" w:rsidTr="0084465A">
        <w:trPr>
          <w:trHeight w:val="411"/>
        </w:trPr>
        <w:tc>
          <w:tcPr>
            <w:tcW w:w="524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BFDC22" w14:textId="1E43166B" w:rsidR="00260769" w:rsidRDefault="00000000" w:rsidP="0084465A">
            <w:pPr>
              <w:spacing w:after="0"/>
            </w:pPr>
            <w:r>
              <w:rPr>
                <w:b/>
                <w:color w:val="172B4D"/>
                <w:sz w:val="18"/>
              </w:rPr>
              <w:t xml:space="preserve">Full </w:t>
            </w:r>
            <w:r w:rsidR="00D770B7">
              <w:rPr>
                <w:b/>
                <w:color w:val="172B4D"/>
                <w:sz w:val="18"/>
              </w:rPr>
              <w:t>name _</w:t>
            </w:r>
            <w:r>
              <w:rPr>
                <w:color w:val="000000"/>
                <w:sz w:val="18"/>
              </w:rPr>
              <w:t>_______________________________</w:t>
            </w:r>
          </w:p>
        </w:tc>
        <w:tc>
          <w:tcPr>
            <w:tcW w:w="524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6CB74D" w14:textId="53C9DA2C" w:rsidR="00260769" w:rsidRDefault="002275A8">
            <w:pPr>
              <w:spacing w:after="0"/>
            </w:pPr>
            <w:r>
              <w:rPr>
                <w:b/>
                <w:color w:val="172B4D"/>
                <w:sz w:val="18"/>
              </w:rPr>
              <w:t>Phone _</w:t>
            </w:r>
            <w:r w:rsidR="00000000">
              <w:rPr>
                <w:color w:val="000000"/>
                <w:sz w:val="18"/>
              </w:rPr>
              <w:t>_______________________________</w:t>
            </w:r>
          </w:p>
        </w:tc>
      </w:tr>
      <w:tr w:rsidR="00260769" w14:paraId="4226CB32" w14:textId="77777777">
        <w:tc>
          <w:tcPr>
            <w:tcW w:w="524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278119" w14:textId="7116E38E" w:rsidR="00260769" w:rsidRDefault="00D770B7">
            <w:pPr>
              <w:spacing w:after="0"/>
            </w:pPr>
            <w:r>
              <w:rPr>
                <w:b/>
                <w:color w:val="172B4D"/>
                <w:sz w:val="18"/>
              </w:rPr>
              <w:t>Email _</w:t>
            </w:r>
            <w:r w:rsidR="00000000">
              <w:rPr>
                <w:color w:val="000000"/>
                <w:sz w:val="18"/>
              </w:rPr>
              <w:t>_______________________________</w:t>
            </w:r>
          </w:p>
        </w:tc>
        <w:tc>
          <w:tcPr>
            <w:tcW w:w="524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904153" w14:textId="546A3BEA" w:rsidR="00260769" w:rsidRDefault="00000000">
            <w:pPr>
              <w:spacing w:after="0"/>
            </w:pPr>
            <w:r>
              <w:rPr>
                <w:b/>
                <w:color w:val="172B4D"/>
                <w:sz w:val="18"/>
              </w:rPr>
              <w:t xml:space="preserve">Membership </w:t>
            </w:r>
            <w:r w:rsidR="002275A8">
              <w:rPr>
                <w:b/>
                <w:color w:val="172B4D"/>
                <w:sz w:val="18"/>
              </w:rPr>
              <w:t>class ☐</w:t>
            </w:r>
            <w:r>
              <w:rPr>
                <w:color w:val="000000"/>
                <w:sz w:val="18"/>
              </w:rPr>
              <w:t xml:space="preserve"> Ordinary   ☐ Life</w:t>
            </w:r>
          </w:p>
        </w:tc>
      </w:tr>
      <w:tr w:rsidR="00260769" w14:paraId="4798EFC5" w14:textId="77777777">
        <w:tc>
          <w:tcPr>
            <w:tcW w:w="524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4E16ED" w14:textId="1B075F9D" w:rsidR="00260769" w:rsidRDefault="002275A8">
            <w:pPr>
              <w:spacing w:after="0"/>
            </w:pPr>
            <w:r>
              <w:rPr>
                <w:b/>
                <w:color w:val="172B4D"/>
                <w:sz w:val="18"/>
              </w:rPr>
              <w:t>Signature _</w:t>
            </w:r>
            <w:r w:rsidR="00000000">
              <w:rPr>
                <w:color w:val="000000"/>
                <w:sz w:val="18"/>
              </w:rPr>
              <w:t>_______________________________</w:t>
            </w:r>
          </w:p>
        </w:tc>
        <w:tc>
          <w:tcPr>
            <w:tcW w:w="524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D27329" w14:textId="6783A634" w:rsidR="00260769" w:rsidRDefault="002275A8">
            <w:pPr>
              <w:spacing w:after="0"/>
            </w:pPr>
            <w:r>
              <w:rPr>
                <w:b/>
                <w:color w:val="172B4D"/>
                <w:sz w:val="18"/>
              </w:rPr>
              <w:t>Date _</w:t>
            </w:r>
            <w:r w:rsidR="00000000">
              <w:rPr>
                <w:color w:val="000000"/>
                <w:sz w:val="18"/>
              </w:rPr>
              <w:t>_______________________________</w:t>
            </w:r>
          </w:p>
        </w:tc>
      </w:tr>
      <w:tr w:rsidR="00260769" w14:paraId="3255A625" w14:textId="77777777">
        <w:tc>
          <w:tcPr>
            <w:tcW w:w="10482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33266B" w14:textId="77777777" w:rsidR="00260769" w:rsidRDefault="00000000">
            <w:pPr>
              <w:spacing w:after="0"/>
            </w:pPr>
            <w:proofErr w:type="gramStart"/>
            <w:r>
              <w:rPr>
                <w:b/>
                <w:color w:val="172B4D"/>
                <w:sz w:val="18"/>
              </w:rPr>
              <w:t xml:space="preserve">Consent  </w:t>
            </w:r>
            <w:r>
              <w:rPr>
                <w:color w:val="000000"/>
                <w:sz w:val="18"/>
              </w:rPr>
              <w:t>I</w:t>
            </w:r>
            <w:proofErr w:type="gramEnd"/>
            <w:r>
              <w:rPr>
                <w:color w:val="000000"/>
                <w:sz w:val="18"/>
              </w:rPr>
              <w:t xml:space="preserve"> consent to this nomination and, if elected, agree to fulfil the duties of the position and comply with the Club's Constitution, by-laws, policies and codes of conduct.</w:t>
            </w:r>
          </w:p>
        </w:tc>
      </w:tr>
    </w:tbl>
    <w:p w14:paraId="1AD3BA07" w14:textId="77777777" w:rsidR="00260769" w:rsidRDefault="00000000">
      <w:pPr>
        <w:keepNext/>
        <w:spacing w:before="80" w:after="40"/>
      </w:pPr>
      <w:r>
        <w:rPr>
          <w:b/>
          <w:color w:val="172B4D"/>
          <w:sz w:val="19"/>
        </w:rPr>
        <w:t>NOMINEE ELIGIBILITY DECLARATION</w:t>
      </w:r>
    </w:p>
    <w:p w14:paraId="47945730" w14:textId="77777777" w:rsidR="00260769" w:rsidRDefault="00000000">
      <w:pPr>
        <w:spacing w:after="20"/>
        <w:ind w:left="85"/>
      </w:pPr>
      <w:proofErr w:type="gramStart"/>
      <w:r>
        <w:rPr>
          <w:color w:val="000000"/>
          <w:sz w:val="17"/>
        </w:rPr>
        <w:t>☐</w:t>
      </w:r>
      <w:r>
        <w:rPr>
          <w:color w:val="000000"/>
          <w:sz w:val="17"/>
        </w:rPr>
        <w:t xml:space="preserve">  I</w:t>
      </w:r>
      <w:proofErr w:type="gramEnd"/>
      <w:r>
        <w:rPr>
          <w:color w:val="000000"/>
          <w:sz w:val="17"/>
        </w:rPr>
        <w:t xml:space="preserve"> am an Ordinary Member or Life Member of Coomera Netball Club.</w:t>
      </w:r>
    </w:p>
    <w:p w14:paraId="20E1B291" w14:textId="77777777" w:rsidR="00260769" w:rsidRDefault="00000000">
      <w:pPr>
        <w:spacing w:after="20"/>
        <w:ind w:left="85"/>
      </w:pPr>
      <w:proofErr w:type="gramStart"/>
      <w:r>
        <w:rPr>
          <w:color w:val="000000"/>
          <w:sz w:val="17"/>
        </w:rPr>
        <w:t>☐</w:t>
      </w:r>
      <w:r>
        <w:rPr>
          <w:color w:val="000000"/>
          <w:sz w:val="17"/>
        </w:rPr>
        <w:t xml:space="preserve">  I</w:t>
      </w:r>
      <w:proofErr w:type="gramEnd"/>
      <w:r>
        <w:rPr>
          <w:color w:val="000000"/>
          <w:sz w:val="17"/>
        </w:rPr>
        <w:t xml:space="preserve"> am at least 18 years of age.</w:t>
      </w:r>
    </w:p>
    <w:p w14:paraId="0D8C2E42" w14:textId="77777777" w:rsidR="00260769" w:rsidRDefault="00000000">
      <w:pPr>
        <w:spacing w:after="20"/>
        <w:ind w:left="85"/>
      </w:pPr>
      <w:proofErr w:type="gramStart"/>
      <w:r>
        <w:rPr>
          <w:color w:val="000000"/>
          <w:sz w:val="17"/>
        </w:rPr>
        <w:t>☐</w:t>
      </w:r>
      <w:r>
        <w:rPr>
          <w:color w:val="000000"/>
          <w:sz w:val="17"/>
        </w:rPr>
        <w:t xml:space="preserve">  I</w:t>
      </w:r>
      <w:proofErr w:type="gramEnd"/>
      <w:r>
        <w:rPr>
          <w:color w:val="000000"/>
          <w:sz w:val="17"/>
        </w:rPr>
        <w:t xml:space="preserve"> am a financial member at the close of nominations and will remain financial throughout my term if elected.</w:t>
      </w:r>
    </w:p>
    <w:p w14:paraId="55D75BB0" w14:textId="77777777" w:rsidR="00260769" w:rsidRDefault="00000000">
      <w:pPr>
        <w:spacing w:after="20"/>
        <w:ind w:left="85"/>
      </w:pPr>
      <w:proofErr w:type="gramStart"/>
      <w:r>
        <w:rPr>
          <w:color w:val="000000"/>
          <w:sz w:val="17"/>
        </w:rPr>
        <w:t>☐</w:t>
      </w:r>
      <w:r>
        <w:rPr>
          <w:color w:val="000000"/>
          <w:sz w:val="17"/>
        </w:rPr>
        <w:t xml:space="preserve">  I</w:t>
      </w:r>
      <w:proofErr w:type="gramEnd"/>
      <w:r>
        <w:rPr>
          <w:color w:val="000000"/>
          <w:sz w:val="17"/>
        </w:rPr>
        <w:t xml:space="preserve"> am not disqualified from holding office under the Associations Incorporation Act 1981 (Qld) or another applicable law.</w:t>
      </w:r>
    </w:p>
    <w:p w14:paraId="41E5543E" w14:textId="77777777" w:rsidR="00260769" w:rsidRDefault="00000000">
      <w:pPr>
        <w:spacing w:after="20"/>
        <w:ind w:left="85"/>
      </w:pPr>
      <w:proofErr w:type="gramStart"/>
      <w:r>
        <w:rPr>
          <w:color w:val="000000"/>
          <w:sz w:val="17"/>
        </w:rPr>
        <w:t>☐</w:t>
      </w:r>
      <w:r>
        <w:rPr>
          <w:color w:val="000000"/>
          <w:sz w:val="17"/>
        </w:rPr>
        <w:t xml:space="preserve">  The</w:t>
      </w:r>
      <w:proofErr w:type="gramEnd"/>
      <w:r>
        <w:rPr>
          <w:color w:val="000000"/>
          <w:sz w:val="17"/>
        </w:rPr>
        <w:t xml:space="preserve"> information provided on this form is true and correct.</w:t>
      </w:r>
    </w:p>
    <w:p w14:paraId="15DD982E" w14:textId="77777777" w:rsidR="00260769" w:rsidRDefault="00000000">
      <w:pPr>
        <w:keepNext/>
        <w:spacing w:before="80" w:after="40"/>
      </w:pPr>
      <w:r>
        <w:rPr>
          <w:b/>
          <w:color w:val="172B4D"/>
          <w:sz w:val="19"/>
        </w:rPr>
        <w:t>SUPPORTING VOTING MEMBER 1</w:t>
      </w:r>
    </w:p>
    <w:tbl>
      <w:tblPr>
        <w:tblW w:w="0" w:type="auto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ook w:val="04A0" w:firstRow="1" w:lastRow="0" w:firstColumn="1" w:lastColumn="0" w:noHBand="0" w:noVBand="1"/>
      </w:tblPr>
      <w:tblGrid>
        <w:gridCol w:w="5233"/>
        <w:gridCol w:w="5233"/>
      </w:tblGrid>
      <w:tr w:rsidR="00BC413F" w14:paraId="474D81B2" w14:textId="77777777" w:rsidTr="00BC413F">
        <w:tc>
          <w:tcPr>
            <w:tcW w:w="523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23E564" w14:textId="171D9AB5" w:rsidR="00BC413F" w:rsidRDefault="00BC413F" w:rsidP="00BC413F">
            <w:pPr>
              <w:spacing w:after="0"/>
            </w:pPr>
            <w:r w:rsidRPr="000B2B9C">
              <w:rPr>
                <w:b/>
                <w:bCs/>
              </w:rPr>
              <w:t>Full name:</w:t>
            </w:r>
            <w:r w:rsidRPr="000B2B9C">
              <w:t xml:space="preserve"> __________________________</w:t>
            </w:r>
            <w:r w:rsidRPr="000B2B9C">
              <w:br/>
            </w:r>
            <w:r w:rsidRPr="000B2B9C">
              <w:rPr>
                <w:b/>
                <w:bCs/>
              </w:rPr>
              <w:t>Contact number:</w:t>
            </w:r>
            <w:r w:rsidRPr="000B2B9C">
              <w:t xml:space="preserve"> _____________________</w:t>
            </w:r>
            <w:r w:rsidRPr="000B2B9C">
              <w:br/>
              <w:t xml:space="preserve">☐ </w:t>
            </w:r>
            <w:r w:rsidRPr="000B2B9C">
              <w:rPr>
                <w:rStyle w:val="Strong"/>
              </w:rPr>
              <w:t>I confirm that I support this nomination</w:t>
            </w:r>
            <w:r w:rsidRPr="000B2B9C">
              <w:br/>
            </w:r>
            <w:r w:rsidRPr="00BC413F">
              <w:rPr>
                <w:b/>
                <w:bCs/>
              </w:rPr>
              <w:t>Date:</w:t>
            </w:r>
            <w:r w:rsidRPr="000B2B9C">
              <w:t xml:space="preserve"> __________________</w:t>
            </w:r>
          </w:p>
        </w:tc>
        <w:tc>
          <w:tcPr>
            <w:tcW w:w="5233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240E84" w14:textId="32BD946C" w:rsidR="00BC413F" w:rsidRDefault="00BC413F" w:rsidP="00BC413F">
            <w:pPr>
              <w:spacing w:after="0"/>
            </w:pPr>
            <w:r>
              <w:rPr>
                <w:b/>
                <w:color w:val="172B4D"/>
                <w:sz w:val="18"/>
              </w:rPr>
              <w:t>Membership ☐</w:t>
            </w:r>
            <w:r>
              <w:rPr>
                <w:color w:val="000000"/>
                <w:sz w:val="18"/>
              </w:rPr>
              <w:t xml:space="preserve"> Ordinary   ☐ Life</w:t>
            </w:r>
          </w:p>
        </w:tc>
      </w:tr>
    </w:tbl>
    <w:p w14:paraId="50FAA003" w14:textId="77777777" w:rsidR="00260769" w:rsidRDefault="00000000">
      <w:pPr>
        <w:keepNext/>
        <w:spacing w:before="80" w:after="40"/>
      </w:pPr>
      <w:r>
        <w:rPr>
          <w:b/>
          <w:color w:val="172B4D"/>
          <w:sz w:val="19"/>
        </w:rPr>
        <w:t>SUPPORTING VOTING MEMBER 2</w:t>
      </w:r>
    </w:p>
    <w:tbl>
      <w:tblPr>
        <w:tblW w:w="0" w:type="auto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ook w:val="04A0" w:firstRow="1" w:lastRow="0" w:firstColumn="1" w:lastColumn="0" w:noHBand="0" w:noVBand="1"/>
      </w:tblPr>
      <w:tblGrid>
        <w:gridCol w:w="5233"/>
        <w:gridCol w:w="5233"/>
      </w:tblGrid>
      <w:tr w:rsidR="00BC413F" w14:paraId="65523393" w14:textId="77777777" w:rsidTr="00BC413F">
        <w:tc>
          <w:tcPr>
            <w:tcW w:w="523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D97D7D" w14:textId="131E2A4A" w:rsidR="00BC413F" w:rsidRDefault="00BC413F" w:rsidP="00BC413F">
            <w:pPr>
              <w:spacing w:after="0"/>
            </w:pPr>
            <w:r w:rsidRPr="00D22E03">
              <w:rPr>
                <w:b/>
                <w:bCs/>
              </w:rPr>
              <w:t>Full name:</w:t>
            </w:r>
            <w:r w:rsidRPr="00D22E03">
              <w:t xml:space="preserve"> __________________________</w:t>
            </w:r>
            <w:r w:rsidRPr="00D22E03">
              <w:br/>
            </w:r>
            <w:r w:rsidRPr="00D22E03">
              <w:rPr>
                <w:b/>
                <w:bCs/>
              </w:rPr>
              <w:t>Contact number:</w:t>
            </w:r>
            <w:r w:rsidRPr="00D22E03">
              <w:t xml:space="preserve"> _____________________</w:t>
            </w:r>
            <w:r w:rsidRPr="00D22E03">
              <w:br/>
              <w:t xml:space="preserve">☐ </w:t>
            </w:r>
            <w:r w:rsidRPr="00D22E03">
              <w:rPr>
                <w:rStyle w:val="Strong"/>
              </w:rPr>
              <w:t>I confirm that I support this nomination</w:t>
            </w:r>
            <w:r w:rsidRPr="00D22E03">
              <w:br/>
            </w:r>
            <w:r w:rsidRPr="00BC413F">
              <w:rPr>
                <w:b/>
                <w:bCs/>
              </w:rPr>
              <w:t xml:space="preserve">Date: </w:t>
            </w:r>
            <w:r w:rsidRPr="00D22E03">
              <w:t>__________________</w:t>
            </w:r>
          </w:p>
        </w:tc>
        <w:tc>
          <w:tcPr>
            <w:tcW w:w="5233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AFFB8D" w14:textId="616690EF" w:rsidR="00BC413F" w:rsidRDefault="00BC413F" w:rsidP="00BC413F">
            <w:pPr>
              <w:spacing w:after="0"/>
            </w:pPr>
            <w:r>
              <w:rPr>
                <w:b/>
                <w:color w:val="172B4D"/>
                <w:sz w:val="18"/>
              </w:rPr>
              <w:t>Membership ☐</w:t>
            </w:r>
            <w:r>
              <w:rPr>
                <w:color w:val="000000"/>
                <w:sz w:val="18"/>
              </w:rPr>
              <w:t xml:space="preserve"> Ordinary   ☐ Life</w:t>
            </w:r>
          </w:p>
        </w:tc>
      </w:tr>
    </w:tbl>
    <w:p w14:paraId="6C64D477" w14:textId="77777777" w:rsidR="00BC413F" w:rsidRDefault="00BC413F">
      <w:pPr>
        <w:keepNext/>
        <w:spacing w:before="80" w:after="40"/>
        <w:rPr>
          <w:b/>
          <w:color w:val="172B4D"/>
          <w:sz w:val="19"/>
        </w:rPr>
      </w:pPr>
    </w:p>
    <w:p w14:paraId="7B1FEDB2" w14:textId="05140733" w:rsidR="00260769" w:rsidRDefault="00000000">
      <w:pPr>
        <w:keepNext/>
        <w:spacing w:before="80" w:after="40"/>
      </w:pPr>
      <w:r>
        <w:rPr>
          <w:b/>
          <w:color w:val="172B4D"/>
          <w:sz w:val="19"/>
        </w:rPr>
        <w:t>SECRETARY USE ONLY</w:t>
      </w:r>
    </w:p>
    <w:tbl>
      <w:tblPr>
        <w:tblW w:w="0" w:type="auto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ook w:val="04A0" w:firstRow="1" w:lastRow="0" w:firstColumn="1" w:lastColumn="0" w:noHBand="0" w:noVBand="1"/>
      </w:tblPr>
      <w:tblGrid>
        <w:gridCol w:w="5233"/>
        <w:gridCol w:w="5233"/>
      </w:tblGrid>
      <w:tr w:rsidR="00260769" w14:paraId="5CC169E5" w14:textId="77777777">
        <w:tc>
          <w:tcPr>
            <w:tcW w:w="524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EEB6CF" w14:textId="7CA5DF00" w:rsidR="00260769" w:rsidRDefault="00000000">
            <w:pPr>
              <w:spacing w:after="0"/>
            </w:pPr>
            <w:r>
              <w:rPr>
                <w:b/>
                <w:color w:val="172B4D"/>
                <w:sz w:val="18"/>
              </w:rPr>
              <w:t xml:space="preserve">Date </w:t>
            </w:r>
            <w:r w:rsidR="002275A8">
              <w:rPr>
                <w:b/>
                <w:color w:val="172B4D"/>
                <w:sz w:val="18"/>
              </w:rPr>
              <w:t>received _</w:t>
            </w:r>
            <w:r>
              <w:rPr>
                <w:color w:val="000000"/>
                <w:sz w:val="18"/>
              </w:rPr>
              <w:t>_______________________________</w:t>
            </w:r>
          </w:p>
        </w:tc>
        <w:tc>
          <w:tcPr>
            <w:tcW w:w="524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E7E176" w14:textId="3C55B76E" w:rsidR="00260769" w:rsidRDefault="00000000">
            <w:pPr>
              <w:spacing w:after="0"/>
            </w:pPr>
            <w:r>
              <w:rPr>
                <w:b/>
                <w:color w:val="172B4D"/>
                <w:sz w:val="18"/>
              </w:rPr>
              <w:t xml:space="preserve">Time </w:t>
            </w:r>
            <w:r w:rsidR="002275A8">
              <w:rPr>
                <w:b/>
                <w:color w:val="172B4D"/>
                <w:sz w:val="18"/>
              </w:rPr>
              <w:t>received _</w:t>
            </w:r>
            <w:r>
              <w:rPr>
                <w:color w:val="000000"/>
                <w:sz w:val="18"/>
              </w:rPr>
              <w:t>_______________________________</w:t>
            </w:r>
          </w:p>
        </w:tc>
      </w:tr>
      <w:tr w:rsidR="00260769" w14:paraId="2A2025DB" w14:textId="77777777">
        <w:tc>
          <w:tcPr>
            <w:tcW w:w="524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08641E" w14:textId="50046361" w:rsidR="00260769" w:rsidRDefault="00000000">
            <w:pPr>
              <w:spacing w:after="0"/>
            </w:pPr>
            <w:r>
              <w:rPr>
                <w:b/>
                <w:color w:val="172B4D"/>
                <w:sz w:val="18"/>
              </w:rPr>
              <w:t xml:space="preserve">Eligibility </w:t>
            </w:r>
            <w:r w:rsidR="002275A8">
              <w:rPr>
                <w:b/>
                <w:color w:val="172B4D"/>
                <w:sz w:val="18"/>
              </w:rPr>
              <w:t>checked ☐</w:t>
            </w:r>
            <w:r>
              <w:rPr>
                <w:color w:val="000000"/>
                <w:sz w:val="18"/>
              </w:rPr>
              <w:t xml:space="preserve"> Yes   ☐ No</w:t>
            </w:r>
          </w:p>
        </w:tc>
        <w:tc>
          <w:tcPr>
            <w:tcW w:w="524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F571EA" w14:textId="30FC9B94" w:rsidR="00260769" w:rsidRDefault="00000000">
            <w:pPr>
              <w:spacing w:after="0"/>
            </w:pPr>
            <w:r>
              <w:rPr>
                <w:b/>
                <w:color w:val="172B4D"/>
                <w:sz w:val="18"/>
              </w:rPr>
              <w:t xml:space="preserve">Nomination </w:t>
            </w:r>
            <w:r w:rsidR="002275A8">
              <w:rPr>
                <w:b/>
                <w:color w:val="172B4D"/>
                <w:sz w:val="18"/>
              </w:rPr>
              <w:t>acknowledged ☐</w:t>
            </w:r>
            <w:r>
              <w:rPr>
                <w:color w:val="000000"/>
                <w:sz w:val="18"/>
              </w:rPr>
              <w:t xml:space="preserve"> Yes   ☐ No</w:t>
            </w:r>
          </w:p>
        </w:tc>
      </w:tr>
      <w:tr w:rsidR="00260769" w14:paraId="3DC2F3C5" w14:textId="77777777">
        <w:tc>
          <w:tcPr>
            <w:tcW w:w="524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59191A" w14:textId="72FE1A45" w:rsidR="00260769" w:rsidRDefault="00000000">
            <w:pPr>
              <w:spacing w:after="0"/>
            </w:pPr>
            <w:r>
              <w:rPr>
                <w:b/>
                <w:color w:val="172B4D"/>
                <w:sz w:val="18"/>
              </w:rPr>
              <w:t xml:space="preserve">Secretary </w:t>
            </w:r>
            <w:r w:rsidR="002275A8">
              <w:rPr>
                <w:b/>
                <w:color w:val="172B4D"/>
                <w:sz w:val="18"/>
              </w:rPr>
              <w:t>signature _</w:t>
            </w:r>
            <w:r>
              <w:rPr>
                <w:color w:val="000000"/>
                <w:sz w:val="18"/>
              </w:rPr>
              <w:t>_______________________________</w:t>
            </w:r>
          </w:p>
        </w:tc>
        <w:tc>
          <w:tcPr>
            <w:tcW w:w="524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24CC6B" w14:textId="40B28C41" w:rsidR="00260769" w:rsidRDefault="002275A8">
            <w:pPr>
              <w:spacing w:after="0"/>
            </w:pPr>
            <w:r>
              <w:rPr>
                <w:b/>
                <w:color w:val="172B4D"/>
                <w:sz w:val="18"/>
              </w:rPr>
              <w:t>Outcome ☐</w:t>
            </w:r>
            <w:r w:rsidR="00000000">
              <w:rPr>
                <w:color w:val="000000"/>
                <w:sz w:val="18"/>
              </w:rPr>
              <w:t xml:space="preserve"> Accepted   ☐ Not accepted</w:t>
            </w:r>
          </w:p>
        </w:tc>
      </w:tr>
    </w:tbl>
    <w:p w14:paraId="7B0EB0AB" w14:textId="77777777" w:rsidR="00260769" w:rsidRDefault="00000000">
      <w:pPr>
        <w:spacing w:before="40" w:after="0"/>
        <w:jc w:val="center"/>
      </w:pPr>
      <w:r>
        <w:rPr>
          <w:color w:val="666666"/>
          <w:sz w:val="17"/>
        </w:rPr>
        <w:t>Constitution reference: clauses 4.1 to 4.3</w:t>
      </w:r>
    </w:p>
    <w:sectPr w:rsidR="00260769" w:rsidSect="00034616">
      <w:pgSz w:w="12240" w:h="15840"/>
      <w:pgMar w:top="454" w:right="879" w:bottom="454" w:left="8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45226382">
    <w:abstractNumId w:val="8"/>
  </w:num>
  <w:num w:numId="2" w16cid:durableId="1918199855">
    <w:abstractNumId w:val="6"/>
  </w:num>
  <w:num w:numId="3" w16cid:durableId="1290746552">
    <w:abstractNumId w:val="5"/>
  </w:num>
  <w:num w:numId="4" w16cid:durableId="1860701792">
    <w:abstractNumId w:val="4"/>
  </w:num>
  <w:num w:numId="5" w16cid:durableId="479884549">
    <w:abstractNumId w:val="7"/>
  </w:num>
  <w:num w:numId="6" w16cid:durableId="518809636">
    <w:abstractNumId w:val="3"/>
  </w:num>
  <w:num w:numId="7" w16cid:durableId="1189640672">
    <w:abstractNumId w:val="2"/>
  </w:num>
  <w:num w:numId="8" w16cid:durableId="1349723418">
    <w:abstractNumId w:val="1"/>
  </w:num>
  <w:num w:numId="9" w16cid:durableId="17038192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7B6D"/>
    <w:rsid w:val="0015074B"/>
    <w:rsid w:val="001B672E"/>
    <w:rsid w:val="001F2109"/>
    <w:rsid w:val="002275A8"/>
    <w:rsid w:val="00233597"/>
    <w:rsid w:val="002475B2"/>
    <w:rsid w:val="00260769"/>
    <w:rsid w:val="002642CA"/>
    <w:rsid w:val="0029639D"/>
    <w:rsid w:val="0032686F"/>
    <w:rsid w:val="00326F90"/>
    <w:rsid w:val="003717C5"/>
    <w:rsid w:val="00455AB5"/>
    <w:rsid w:val="005C0A91"/>
    <w:rsid w:val="00673037"/>
    <w:rsid w:val="0084465A"/>
    <w:rsid w:val="00A667A9"/>
    <w:rsid w:val="00AA1D8D"/>
    <w:rsid w:val="00B305EE"/>
    <w:rsid w:val="00B47730"/>
    <w:rsid w:val="00BC413F"/>
    <w:rsid w:val="00CA117D"/>
    <w:rsid w:val="00CA11C8"/>
    <w:rsid w:val="00CB0664"/>
    <w:rsid w:val="00D12CA6"/>
    <w:rsid w:val="00D770B7"/>
    <w:rsid w:val="00F46B4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1CF0EE5"/>
  <w14:defaultImageDpi w14:val="300"/>
  <w15:docId w15:val="{9BB84E77-0573-4C20-888C-22284199A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microsoft.com/office/2007/relationships/hdphoto" Target="media/hdphoto1.wd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e062052-223b-49e6-a2be-4cd0562c0bef}" enabled="0" method="" siteId="{3e062052-223b-49e6-a2be-4cd0562c0be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267</Words>
  <Characters>1798</Characters>
  <Application>Microsoft Office Word</Application>
  <DocSecurity>0</DocSecurity>
  <Lines>52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Chantelle Lee</cp:lastModifiedBy>
  <cp:revision>3</cp:revision>
  <dcterms:created xsi:type="dcterms:W3CDTF">2026-09-22T23:07:00Z</dcterms:created>
  <dcterms:modified xsi:type="dcterms:W3CDTF">2026-10-06T04:40:00Z</dcterms:modified>
  <cp:category/>
</cp:coreProperties>
</file>